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Твоя косметичка по полочкам</w:t>
      </w:r>
    </w:p>
    <w:p>
      <w:pPr>
        <w:spacing w:after="240"/>
      </w:pPr>
      <w:r>
        <w:rPr>
          <w:color w:val="666666"/>
          <w:sz w:val="24"/>
        </w:rPr>
        <w:t>Редактируемый лист для разбора ухода</w:t>
      </w:r>
    </w:p>
    <w:p>
      <w:pPr>
        <w:spacing w:after="260"/>
      </w:pPr>
      <w:r>
        <w:t>Открой файл в Word, Google Документах или Pages и замени текст в квадратных скобках своими ответами</w:t>
      </w:r>
    </w:p>
    <w:p>
      <w:pPr>
        <w:spacing w:after="200"/>
      </w:pPr>
      <w:r>
        <w:rPr>
          <w:b/>
        </w:rPr>
        <w:t xml:space="preserve">Мой главный вопрос  </w:t>
      </w:r>
      <w:r>
        <w:rPr>
          <w:color w:val="6B6B6B"/>
        </w:rPr>
        <w:t>[Что хочется понять или изменить в уходе]</w:t>
      </w:r>
    </w:p>
    <w:p>
      <w:pPr>
        <w:spacing w:after="200"/>
      </w:pPr>
      <w:r>
        <w:rPr>
          <w:b/>
        </w:rPr>
        <w:t xml:space="preserve">Страна и магазины  </w:t>
      </w:r>
      <w:r>
        <w:rPr>
          <w:color w:val="6B6B6B"/>
        </w:rPr>
        <w:t>[Где живу и обычно покупаю средства]</w:t>
      </w:r>
    </w:p>
    <w:p>
      <w:pPr>
        <w:spacing w:after="200"/>
      </w:pPr>
      <w:r>
        <w:rPr>
          <w:b/>
        </w:rPr>
        <w:t xml:space="preserve">Комфортный бюджет  </w:t>
      </w:r>
      <w:r>
        <w:rPr>
          <w:color w:val="6B6B6B"/>
        </w:rPr>
        <w:t>[Сумма и валюта]</w:t>
      </w:r>
    </w:p>
    <w:p>
      <w:pPr>
        <w:pStyle w:val="Heading1"/>
      </w:pPr>
      <w:r>
        <w:t>Мои средства сейчас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5" w:color="D9D9D9"/>
          <w:left w:val="single" w:sz="5" w:color="D9D9D9"/>
          <w:bottom w:val="single" w:sz="5" w:color="D9D9D9"/>
          <w:right w:val="single" w:sz="5" w:color="D9D9D9"/>
          <w:insideH w:val="single" w:sz="5" w:color="D9D9D9"/>
          <w:insideV w:val="single" w:sz="5" w:color="D9D9D9"/>
        </w:tblBorders>
      </w:tblPr>
      <w:tblGrid>
        <w:gridCol w:w="2664"/>
        <w:gridCol w:w="3024"/>
        <w:gridCol w:w="4680"/>
      </w:tblGrid>
      <w:tr>
        <w:trPr>
          <w:tblHeader/>
        </w:trPr>
        <w:tc>
          <w:tcPr>
            <w:tcW w:type="dxa" w:w="2664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  <w:shd w:fill="F2F2F2"/>
          </w:tcPr>
          <w:p>
            <w:pPr>
              <w:spacing w:after="0" w:line="259" w:lineRule="auto"/>
            </w:pPr>
            <w:r>
              <w:rPr>
                <w:b/>
                <w:color w:val="000000"/>
                <w:sz w:val="23"/>
              </w:rPr>
              <w:t>Средство</w:t>
            </w:r>
          </w:p>
        </w:tc>
        <w:tc>
          <w:tcPr>
            <w:tcW w:type="dxa" w:w="3024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  <w:shd w:fill="F2F2F2"/>
          </w:tcPr>
          <w:p>
            <w:pPr>
              <w:spacing w:after="0" w:line="259" w:lineRule="auto"/>
            </w:pPr>
            <w:r>
              <w:rPr>
                <w:b/>
                <w:color w:val="000000"/>
                <w:sz w:val="23"/>
              </w:rPr>
              <w:t>Когда и зачем использую</w:t>
            </w:r>
          </w:p>
        </w:tc>
        <w:tc>
          <w:tcPr>
            <w:tcW w:type="dxa" w:w="4680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  <w:shd w:fill="F2F2F2"/>
          </w:tcPr>
          <w:p>
            <w:pPr>
              <w:spacing w:after="0" w:line="259" w:lineRule="auto"/>
            </w:pPr>
            <w:r>
              <w:rPr>
                <w:b/>
                <w:color w:val="000000"/>
                <w:sz w:val="23"/>
              </w:rPr>
              <w:t>Что нравится и что не устраивает</w:t>
            </w:r>
          </w:p>
        </w:tc>
      </w:tr>
      <w:tr>
        <w:trPr>
          <w:trHeight w:val="880" w:hRule="atLeast"/>
        </w:trPr>
        <w:tc>
          <w:tcPr>
            <w:tcW w:type="dxa" w:w="2664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</w:tcPr>
          <w:p>
            <w:pPr>
              <w:spacing w:after="0" w:line="259" w:lineRule="auto"/>
            </w:pPr>
            <w:r>
              <w:rPr>
                <w:b w:val="0"/>
                <w:color w:val="6B6B6B"/>
                <w:sz w:val="23"/>
              </w:rPr>
              <w:t>[Название]</w:t>
            </w:r>
          </w:p>
        </w:tc>
        <w:tc>
          <w:tcPr>
            <w:tcW w:type="dxa" w:w="3024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</w:tcPr>
          <w:p>
            <w:pPr>
              <w:spacing w:after="0" w:line="259" w:lineRule="auto"/>
            </w:pPr>
            <w:r>
              <w:rPr>
                <w:b w:val="0"/>
                <w:color w:val="6B6B6B"/>
                <w:sz w:val="23"/>
              </w:rPr>
              <w:t>[Мой ответ]</w:t>
            </w:r>
          </w:p>
        </w:tc>
        <w:tc>
          <w:tcPr>
            <w:tcW w:type="dxa" w:w="4680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</w:tcPr>
          <w:p>
            <w:pPr>
              <w:spacing w:after="0" w:line="259" w:lineRule="auto"/>
            </w:pPr>
            <w:r>
              <w:rPr>
                <w:b w:val="0"/>
                <w:color w:val="6B6B6B"/>
                <w:sz w:val="23"/>
              </w:rPr>
              <w:t>[Мои ощущения и вопросы]</w:t>
            </w:r>
          </w:p>
        </w:tc>
      </w:tr>
      <w:tr>
        <w:trPr>
          <w:trHeight w:val="880" w:hRule="atLeast"/>
        </w:trPr>
        <w:tc>
          <w:tcPr>
            <w:tcW w:type="dxa" w:w="2664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</w:tcPr>
          <w:p>
            <w:pPr>
              <w:spacing w:after="0" w:line="259" w:lineRule="auto"/>
            </w:pPr>
            <w:r>
              <w:rPr>
                <w:b w:val="0"/>
                <w:color w:val="6B6B6B"/>
                <w:sz w:val="23"/>
              </w:rPr>
              <w:t>[Название]</w:t>
            </w:r>
          </w:p>
        </w:tc>
        <w:tc>
          <w:tcPr>
            <w:tcW w:type="dxa" w:w="3024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</w:tcPr>
          <w:p>
            <w:pPr>
              <w:spacing w:after="0" w:line="259" w:lineRule="auto"/>
            </w:pPr>
            <w:r>
              <w:rPr>
                <w:b w:val="0"/>
                <w:color w:val="6B6B6B"/>
                <w:sz w:val="23"/>
              </w:rPr>
              <w:t>[Мой ответ]</w:t>
            </w:r>
          </w:p>
        </w:tc>
        <w:tc>
          <w:tcPr>
            <w:tcW w:type="dxa" w:w="4680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</w:tcPr>
          <w:p>
            <w:pPr>
              <w:spacing w:after="0" w:line="259" w:lineRule="auto"/>
            </w:pPr>
            <w:r>
              <w:rPr>
                <w:b w:val="0"/>
                <w:color w:val="6B6B6B"/>
                <w:sz w:val="23"/>
              </w:rPr>
              <w:t>[Мои ощущения и вопросы]</w:t>
            </w:r>
          </w:p>
        </w:tc>
      </w:tr>
      <w:tr>
        <w:trPr>
          <w:trHeight w:val="880" w:hRule="atLeast"/>
        </w:trPr>
        <w:tc>
          <w:tcPr>
            <w:tcW w:type="dxa" w:w="2664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</w:tcPr>
          <w:p>
            <w:pPr>
              <w:spacing w:after="0" w:line="259" w:lineRule="auto"/>
            </w:pPr>
            <w:r>
              <w:rPr>
                <w:b w:val="0"/>
                <w:color w:val="6B6B6B"/>
                <w:sz w:val="23"/>
              </w:rPr>
              <w:t>[Название]</w:t>
            </w:r>
          </w:p>
        </w:tc>
        <w:tc>
          <w:tcPr>
            <w:tcW w:type="dxa" w:w="3024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</w:tcPr>
          <w:p>
            <w:pPr>
              <w:spacing w:after="0" w:line="259" w:lineRule="auto"/>
            </w:pPr>
            <w:r>
              <w:rPr>
                <w:b w:val="0"/>
                <w:color w:val="6B6B6B"/>
                <w:sz w:val="23"/>
              </w:rPr>
              <w:t>[Мой ответ]</w:t>
            </w:r>
          </w:p>
        </w:tc>
        <w:tc>
          <w:tcPr>
            <w:tcW w:type="dxa" w:w="4680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</w:tcPr>
          <w:p>
            <w:pPr>
              <w:spacing w:after="0" w:line="259" w:lineRule="auto"/>
            </w:pPr>
            <w:r>
              <w:rPr>
                <w:b w:val="0"/>
                <w:color w:val="6B6B6B"/>
                <w:sz w:val="23"/>
              </w:rPr>
              <w:t>[Мои ощущения и вопросы]</w:t>
            </w:r>
          </w:p>
        </w:tc>
      </w:tr>
      <w:tr>
        <w:trPr>
          <w:trHeight w:val="880" w:hRule="atLeast"/>
        </w:trPr>
        <w:tc>
          <w:tcPr>
            <w:tcW w:type="dxa" w:w="2664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</w:tcPr>
          <w:p>
            <w:pPr>
              <w:spacing w:after="0" w:line="259" w:lineRule="auto"/>
            </w:pPr>
            <w:r>
              <w:rPr>
                <w:b w:val="0"/>
                <w:color w:val="6B6B6B"/>
                <w:sz w:val="23"/>
              </w:rPr>
              <w:t>[Название]</w:t>
            </w:r>
          </w:p>
        </w:tc>
        <w:tc>
          <w:tcPr>
            <w:tcW w:type="dxa" w:w="3024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</w:tcPr>
          <w:p>
            <w:pPr>
              <w:spacing w:after="0" w:line="259" w:lineRule="auto"/>
            </w:pPr>
            <w:r>
              <w:rPr>
                <w:b w:val="0"/>
                <w:color w:val="6B6B6B"/>
                <w:sz w:val="23"/>
              </w:rPr>
              <w:t>[Мой ответ]</w:t>
            </w:r>
          </w:p>
        </w:tc>
        <w:tc>
          <w:tcPr>
            <w:tcW w:type="dxa" w:w="4680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</w:tcPr>
          <w:p>
            <w:pPr>
              <w:spacing w:after="0" w:line="259" w:lineRule="auto"/>
            </w:pPr>
            <w:r>
              <w:rPr>
                <w:b w:val="0"/>
                <w:color w:val="6B6B6B"/>
                <w:sz w:val="23"/>
              </w:rPr>
              <w:t>[Мои ощущения и вопросы]</w:t>
            </w:r>
          </w:p>
        </w:tc>
      </w:tr>
      <w:tr>
        <w:trPr>
          <w:trHeight w:val="880" w:hRule="atLeast"/>
        </w:trPr>
        <w:tc>
          <w:tcPr>
            <w:tcW w:type="dxa" w:w="2664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</w:tcPr>
          <w:p>
            <w:pPr>
              <w:spacing w:after="0" w:line="259" w:lineRule="auto"/>
            </w:pPr>
            <w:r>
              <w:rPr>
                <w:b w:val="0"/>
                <w:color w:val="6B6B6B"/>
                <w:sz w:val="23"/>
              </w:rPr>
              <w:t>[Название]</w:t>
            </w:r>
          </w:p>
        </w:tc>
        <w:tc>
          <w:tcPr>
            <w:tcW w:type="dxa" w:w="3024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</w:tcPr>
          <w:p>
            <w:pPr>
              <w:spacing w:after="0" w:line="259" w:lineRule="auto"/>
            </w:pPr>
            <w:r>
              <w:rPr>
                <w:b w:val="0"/>
                <w:color w:val="6B6B6B"/>
                <w:sz w:val="23"/>
              </w:rPr>
              <w:t>[Мой ответ]</w:t>
            </w:r>
          </w:p>
        </w:tc>
        <w:tc>
          <w:tcPr>
            <w:tcW w:type="dxa" w:w="4680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</w:tcPr>
          <w:p>
            <w:pPr>
              <w:spacing w:after="0" w:line="259" w:lineRule="auto"/>
            </w:pPr>
            <w:r>
              <w:rPr>
                <w:b w:val="0"/>
                <w:color w:val="6B6B6B"/>
                <w:sz w:val="23"/>
              </w:rPr>
              <w:t>[Мои ощущения и вопросы]</w:t>
            </w:r>
          </w:p>
        </w:tc>
      </w:tr>
    </w:tbl>
    <w:p>
      <w:pPr>
        <w:spacing w:before="180" w:after="160"/>
      </w:pPr>
      <w:r>
        <w:rPr>
          <w:color w:val="666666"/>
          <w:sz w:val="22"/>
        </w:rPr>
        <w:t>Добавь строки для остальных средств или удали лишние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864" w:right="936" w:bottom="864" w:left="936" w:header="360" w:footer="36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after="0"/>
    </w:pPr>
    <w:r>
      <w:rPr>
        <w:rFonts w:ascii="Arial" w:hAnsi="Arial"/>
        <w:color w:val="666666"/>
        <w:sz w:val="18"/>
      </w:rPr>
      <w:t>Анастасия · кожа с умом, жизнь с любовью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</w:pPr>
    <w:r>
      <w:rPr>
        <w:rFonts w:ascii="Arial" w:hAnsi="Arial"/>
        <w:color w:val="000000"/>
        <w:sz w:val="18"/>
      </w:rPr>
      <w:t>ANASTASIA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80" w:line="269" w:lineRule="auto"/>
    </w:pPr>
    <w:rPr>
      <w:rFonts w:ascii="Arial" w:hAnsi="Arial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6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  <w:u w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  <w:u w:val="non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6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50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Arial" w:hAnsi="Arial"/>
      <w:i/>
      <w:iCs/>
      <w:color w:val="000000"/>
      <w:spacing w:val="15"/>
      <w:sz w:val="24"/>
      <w:szCs w:val="24"/>
      <w:u w:val="none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Твоя косметичка по полочкам</dc:title>
  <dc:subject>Редактируемый лист для разбора ухода</dc:subject>
  <dc:creator>Анастасия</dc:creator>
  <cp:keywords/>
  <dc:description>generated by python-docx</dc:description>
  <cp:lastModifiedBy>Анастасия</cp:lastModifiedBy>
  <cp:revision>1</cp:revision>
  <dcterms:created xsi:type="dcterms:W3CDTF">2013-12-23T23:15:00Z</dcterms:created>
  <dcterms:modified xsi:type="dcterms:W3CDTF">2013-12-23T23:15:00Z</dcterms:modified>
  <cp:category/>
</cp:coreProperties>
</file>