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Your skincare shelf organised</w:t>
      </w:r>
    </w:p>
    <w:p>
      <w:pPr>
        <w:spacing w:after="240"/>
      </w:pPr>
      <w:r>
        <w:rPr>
          <w:color w:val="666666"/>
          <w:sz w:val="24"/>
        </w:rPr>
        <w:t>An editable worksheet to review your routine</w:t>
      </w:r>
    </w:p>
    <w:p>
      <w:pPr>
        <w:spacing w:after="260"/>
      </w:pPr>
      <w:r>
        <w:t>Open this file in Word, Google Docs or Pages and replace the text in square brackets with your answers</w:t>
      </w:r>
    </w:p>
    <w:p>
      <w:pPr>
        <w:spacing w:after="200"/>
      </w:pPr>
      <w:r>
        <w:rPr>
          <w:b/>
        </w:rPr>
        <w:t xml:space="preserve">My main concern  </w:t>
      </w:r>
      <w:r>
        <w:rPr>
          <w:color w:val="6B6B6B"/>
        </w:rPr>
        <w:t>[What I want to understand or change in my routine]</w:t>
      </w:r>
    </w:p>
    <w:p>
      <w:pPr>
        <w:spacing w:after="200"/>
      </w:pPr>
      <w:r>
        <w:rPr>
          <w:b/>
        </w:rPr>
        <w:t xml:space="preserve">Country and shops  </w:t>
      </w:r>
      <w:r>
        <w:rPr>
          <w:color w:val="6B6B6B"/>
        </w:rPr>
        <w:t>[Where I live and usually buy skincare]</w:t>
      </w:r>
    </w:p>
    <w:p>
      <w:pPr>
        <w:spacing w:after="200"/>
      </w:pPr>
      <w:r>
        <w:rPr>
          <w:b/>
        </w:rPr>
        <w:t xml:space="preserve">My budget  </w:t>
      </w:r>
      <w:r>
        <w:rPr>
          <w:color w:val="6B6B6B"/>
        </w:rPr>
        <w:t>[Amount and currency]</w:t>
      </w:r>
    </w:p>
    <w:p>
      <w:pPr>
        <w:pStyle w:val="Heading1"/>
      </w:pPr>
      <w:r>
        <w:t>My current products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664"/>
        <w:gridCol w:w="3024"/>
        <w:gridCol w:w="4680"/>
      </w:tblGrid>
      <w:tr>
        <w:trPr>
          <w:tblHeader/>
        </w:trPr>
        <w:tc>
          <w:tcPr>
            <w:tcW w:type="dxa" w:w="26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fill="F2F2F2"/>
          </w:tcPr>
          <w:p>
            <w:pPr>
              <w:spacing w:after="0" w:line="259" w:lineRule="auto"/>
            </w:pPr>
            <w:r>
              <w:rPr>
                <w:b/>
                <w:color w:val="000000"/>
                <w:sz w:val="23"/>
              </w:rPr>
              <w:t>Product</w:t>
            </w:r>
          </w:p>
        </w:tc>
        <w:tc>
          <w:tcPr>
            <w:tcW w:type="dxa" w:w="302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fill="F2F2F2"/>
          </w:tcPr>
          <w:p>
            <w:pPr>
              <w:spacing w:after="0" w:line="259" w:lineRule="auto"/>
            </w:pPr>
            <w:r>
              <w:rPr>
                <w:b/>
                <w:color w:val="000000"/>
                <w:sz w:val="23"/>
              </w:rPr>
              <w:t>When and why I use it</w:t>
            </w:r>
          </w:p>
        </w:tc>
        <w:tc>
          <w:tcPr>
            <w:tcW w:type="dxa" w:w="468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fill="F2F2F2"/>
          </w:tcPr>
          <w:p>
            <w:pPr>
              <w:spacing w:after="0" w:line="259" w:lineRule="auto"/>
            </w:pPr>
            <w:r>
              <w:rPr>
                <w:b/>
                <w:color w:val="000000"/>
                <w:sz w:val="23"/>
              </w:rPr>
              <w:t>What I like and what I would change</w:t>
            </w:r>
          </w:p>
        </w:tc>
      </w:tr>
      <w:tr>
        <w:trPr>
          <w:trHeight w:val="880" w:hRule="atLeast"/>
        </w:trPr>
        <w:tc>
          <w:tcPr>
            <w:tcW w:type="dxa" w:w="26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color w:val="6B6B6B"/>
                <w:sz w:val="23"/>
              </w:rPr>
              <w:t>[Product name]</w:t>
            </w:r>
          </w:p>
        </w:tc>
        <w:tc>
          <w:tcPr>
            <w:tcW w:type="dxa" w:w="302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color w:val="6B6B6B"/>
                <w:sz w:val="23"/>
              </w:rPr>
              <w:t>[My answer]</w:t>
            </w:r>
          </w:p>
        </w:tc>
        <w:tc>
          <w:tcPr>
            <w:tcW w:type="dxa" w:w="468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color w:val="6B6B6B"/>
                <w:sz w:val="23"/>
              </w:rPr>
              <w:t>[My observations and questions]</w:t>
            </w:r>
          </w:p>
        </w:tc>
      </w:tr>
      <w:tr>
        <w:trPr>
          <w:trHeight w:val="880" w:hRule="atLeast"/>
        </w:trPr>
        <w:tc>
          <w:tcPr>
            <w:tcW w:type="dxa" w:w="26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color w:val="6B6B6B"/>
                <w:sz w:val="23"/>
              </w:rPr>
              <w:t>[Product name]</w:t>
            </w:r>
          </w:p>
        </w:tc>
        <w:tc>
          <w:tcPr>
            <w:tcW w:type="dxa" w:w="302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color w:val="6B6B6B"/>
                <w:sz w:val="23"/>
              </w:rPr>
              <w:t>[My answer]</w:t>
            </w:r>
          </w:p>
        </w:tc>
        <w:tc>
          <w:tcPr>
            <w:tcW w:type="dxa" w:w="468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color w:val="6B6B6B"/>
                <w:sz w:val="23"/>
              </w:rPr>
              <w:t>[My observations and questions]</w:t>
            </w:r>
          </w:p>
        </w:tc>
      </w:tr>
      <w:tr>
        <w:trPr>
          <w:trHeight w:val="880" w:hRule="atLeast"/>
        </w:trPr>
        <w:tc>
          <w:tcPr>
            <w:tcW w:type="dxa" w:w="26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color w:val="6B6B6B"/>
                <w:sz w:val="23"/>
              </w:rPr>
              <w:t>[Product name]</w:t>
            </w:r>
          </w:p>
        </w:tc>
        <w:tc>
          <w:tcPr>
            <w:tcW w:type="dxa" w:w="302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color w:val="6B6B6B"/>
                <w:sz w:val="23"/>
              </w:rPr>
              <w:t>[My answer]</w:t>
            </w:r>
          </w:p>
        </w:tc>
        <w:tc>
          <w:tcPr>
            <w:tcW w:type="dxa" w:w="468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color w:val="6B6B6B"/>
                <w:sz w:val="23"/>
              </w:rPr>
              <w:t>[My observations and questions]</w:t>
            </w:r>
          </w:p>
        </w:tc>
      </w:tr>
      <w:tr>
        <w:trPr>
          <w:trHeight w:val="880" w:hRule="atLeast"/>
        </w:trPr>
        <w:tc>
          <w:tcPr>
            <w:tcW w:type="dxa" w:w="26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color w:val="6B6B6B"/>
                <w:sz w:val="23"/>
              </w:rPr>
              <w:t>[Product name]</w:t>
            </w:r>
          </w:p>
        </w:tc>
        <w:tc>
          <w:tcPr>
            <w:tcW w:type="dxa" w:w="302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color w:val="6B6B6B"/>
                <w:sz w:val="23"/>
              </w:rPr>
              <w:t>[My answer]</w:t>
            </w:r>
          </w:p>
        </w:tc>
        <w:tc>
          <w:tcPr>
            <w:tcW w:type="dxa" w:w="468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color w:val="6B6B6B"/>
                <w:sz w:val="23"/>
              </w:rPr>
              <w:t>[My observations and questions]</w:t>
            </w:r>
          </w:p>
        </w:tc>
      </w:tr>
      <w:tr>
        <w:trPr>
          <w:trHeight w:val="880" w:hRule="atLeast"/>
        </w:trPr>
        <w:tc>
          <w:tcPr>
            <w:tcW w:type="dxa" w:w="26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color w:val="6B6B6B"/>
                <w:sz w:val="23"/>
              </w:rPr>
              <w:t>[Product name]</w:t>
            </w:r>
          </w:p>
        </w:tc>
        <w:tc>
          <w:tcPr>
            <w:tcW w:type="dxa" w:w="302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color w:val="6B6B6B"/>
                <w:sz w:val="23"/>
              </w:rPr>
              <w:t>[My answer]</w:t>
            </w:r>
          </w:p>
        </w:tc>
        <w:tc>
          <w:tcPr>
            <w:tcW w:type="dxa" w:w="468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color w:val="6B6B6B"/>
                <w:sz w:val="23"/>
              </w:rPr>
              <w:t>[My observations and questions]</w:t>
            </w:r>
          </w:p>
        </w:tc>
      </w:tr>
    </w:tbl>
    <w:p>
      <w:pPr>
        <w:spacing w:before="180" w:after="160"/>
      </w:pPr>
      <w:r>
        <w:rPr>
          <w:color w:val="666666"/>
          <w:sz w:val="22"/>
        </w:rPr>
        <w:t>Add rows for more products or remove any you do not need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936" w:bottom="864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rFonts w:ascii="Arial" w:hAnsi="Arial"/>
        <w:color w:val="666666"/>
        <w:sz w:val="18"/>
      </w:rPr>
      <w:t>Anastasia Bolonikova · understand your skin, live with love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/>
        <w:color w:val="000000"/>
        <w:sz w:val="18"/>
      </w:rPr>
      <w:t>ANASTASIA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 w:line="269" w:lineRule="auto"/>
    </w:pPr>
    <w:rPr>
      <w:rFonts w:ascii="Arial" w:hAnsi="Arial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skincare shelf organised</dc:title>
  <dc:subject>An editable worksheet to review your routine</dc:subject>
  <dc:creator>Anastasia Bolonikova</dc:creator>
  <cp:keywords/>
  <dc:description>generated by python-docx</dc:description>
  <cp:lastModifiedBy>Anastasia Bolonikova</cp:lastModifiedBy>
  <cp:revision>1</cp:revision>
  <dcterms:created xsi:type="dcterms:W3CDTF">2013-12-23T23:15:00Z</dcterms:created>
  <dcterms:modified xsi:type="dcterms:W3CDTF">2013-12-23T23:15:00Z</dcterms:modified>
  <cp:category/>
</cp:coreProperties>
</file>